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6DC" w:rsidRDefault="00B32082" w:rsidP="00B32082">
      <w:pPr>
        <w:pStyle w:val="Heading1"/>
      </w:pPr>
      <w:r>
        <w:t>ФОРМУЛАР ЗА П</w:t>
      </w:r>
      <w:r>
        <w:t>РИЈАВА</w:t>
      </w:r>
    </w:p>
    <w:p w:rsidR="007576DC" w:rsidRDefault="00B32082" w:rsidP="00B32082">
      <w:r>
        <w:t>За изразување интерес за вршење социјални услуги во Центар за лица со попреченост – Општина Чашка</w:t>
      </w:r>
    </w:p>
    <w:p w:rsidR="007576DC" w:rsidRDefault="007576DC" w:rsidP="00B32082"/>
    <w:p w:rsidR="007576DC" w:rsidRDefault="00B32082" w:rsidP="00B32082">
      <w:r>
        <w:t>1. Име на здружението / организацијата: ____________________________________________</w:t>
      </w:r>
    </w:p>
    <w:p w:rsidR="007576DC" w:rsidRDefault="00B32082" w:rsidP="00B32082">
      <w:r>
        <w:t xml:space="preserve">2. Матичен број (ЕМБС): </w:t>
      </w:r>
      <w:r>
        <w:t>_________________________________________________________</w:t>
      </w:r>
    </w:p>
    <w:p w:rsidR="007576DC" w:rsidRDefault="00B32082" w:rsidP="00B32082">
      <w:r>
        <w:t>3. Адреса на седиштето: _________________________________________________________</w:t>
      </w:r>
    </w:p>
    <w:p w:rsidR="007576DC" w:rsidRDefault="00B32082" w:rsidP="00B32082">
      <w:r>
        <w:t>4. Е-маил адреса: ________________________________________________________________</w:t>
      </w:r>
    </w:p>
    <w:p w:rsidR="007576DC" w:rsidRDefault="00B32082" w:rsidP="00B32082">
      <w:r>
        <w:t>5. Телефон за контакт: __________</w:t>
      </w:r>
      <w:r>
        <w:t>_________________________________________________</w:t>
      </w:r>
    </w:p>
    <w:p w:rsidR="007576DC" w:rsidRDefault="00B32082" w:rsidP="00B32082">
      <w:r>
        <w:t xml:space="preserve">6. Име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: __________________________________________________________</w:t>
      </w:r>
    </w:p>
    <w:p w:rsidR="007576DC" w:rsidRDefault="00B32082" w:rsidP="00B32082">
      <w:r>
        <w:t>7. Краток опис на досегашната работа на здружението во областа на социјалните услуги:</w:t>
      </w:r>
    </w:p>
    <w:p w:rsidR="007576DC" w:rsidRDefault="00B32082" w:rsidP="00B32082">
      <w:r>
        <w:t>___________________________________</w:t>
      </w:r>
      <w:r>
        <w:t>___________________________________________</w:t>
      </w:r>
    </w:p>
    <w:p w:rsidR="007576DC" w:rsidRDefault="00B32082" w:rsidP="00B32082">
      <w:r>
        <w:t>______________________________________________________________________________</w:t>
      </w:r>
    </w:p>
    <w:p w:rsidR="007576DC" w:rsidRDefault="00B32082" w:rsidP="00B32082">
      <w:r>
        <w:t>______________________________________________________________________________</w:t>
      </w:r>
    </w:p>
    <w:p w:rsidR="007576DC" w:rsidRDefault="00B32082" w:rsidP="00B32082">
      <w:r>
        <w:t>8. Предлог-програма за работа на Центарот (да се при</w:t>
      </w:r>
      <w:r>
        <w:t>ложи во прилог):</w:t>
      </w:r>
    </w:p>
    <w:p w:rsidR="007576DC" w:rsidRDefault="00B32082" w:rsidP="00B32082">
      <w:r>
        <w:t xml:space="preserve">□ </w:t>
      </w:r>
      <w:proofErr w:type="spellStart"/>
      <w:r>
        <w:t>Приложена</w:t>
      </w:r>
      <w:proofErr w:type="spellEnd"/>
    </w:p>
    <w:p w:rsidR="007576DC" w:rsidRDefault="00B32082" w:rsidP="00B32082">
      <w:r>
        <w:t>9. Финансиски план за покривање на трошоци (да се приложи во прилог):</w:t>
      </w:r>
    </w:p>
    <w:p w:rsidR="007576DC" w:rsidRDefault="00B32082" w:rsidP="00B32082">
      <w:r>
        <w:t xml:space="preserve">□ </w:t>
      </w:r>
      <w:proofErr w:type="spellStart"/>
      <w:r>
        <w:t>Приложен</w:t>
      </w:r>
      <w:proofErr w:type="spellEnd"/>
    </w:p>
    <w:p w:rsidR="007576DC" w:rsidRDefault="00B32082" w:rsidP="00B32082">
      <w:r>
        <w:t>10. Друга релевантна документација:</w:t>
      </w:r>
    </w:p>
    <w:p w:rsidR="007576DC" w:rsidRDefault="00B32082" w:rsidP="00B32082">
      <w:r>
        <w:t>□ Доказ за регистрација</w:t>
      </w:r>
    </w:p>
    <w:p w:rsidR="007576DC" w:rsidRDefault="00B32082" w:rsidP="00B32082">
      <w:r>
        <w:t>□ Препораки / докази за претходна работа</w:t>
      </w:r>
    </w:p>
    <w:p w:rsidR="007576DC" w:rsidRDefault="00B32082" w:rsidP="00B32082">
      <w:r>
        <w:t>□ Друго: __________________________________</w:t>
      </w:r>
      <w:r>
        <w:t>_________</w:t>
      </w:r>
      <w:r>
        <w:br/>
      </w:r>
    </w:p>
    <w:p w:rsidR="007576DC" w:rsidRDefault="00B32082" w:rsidP="00B32082">
      <w:r>
        <w:t>Датум: __________________________</w:t>
      </w:r>
    </w:p>
    <w:p w:rsidR="007576DC" w:rsidRDefault="00B32082" w:rsidP="00B32082">
      <w:r>
        <w:t>Потпис и печат: __________________________</w:t>
      </w:r>
      <w:bookmarkStart w:id="0" w:name="_GoBack"/>
      <w:bookmarkEnd w:id="0"/>
    </w:p>
    <w:sectPr w:rsidR="007576DC" w:rsidSect="00B32082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76DC"/>
    <w:rsid w:val="00AA1D8D"/>
    <w:rsid w:val="00B3208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90482F6-A6D7-46B8-B4AC-3CCEC074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F102BD-6CE0-43A0-A466-5474FC96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2013-12-23T23:15:00Z</dcterms:created>
  <dcterms:modified xsi:type="dcterms:W3CDTF">2025-07-11T06:51:00Z</dcterms:modified>
  <cp:category/>
</cp:coreProperties>
</file>